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1a2332"/>
          <w:rtl w:val="0"/>
        </w:rPr>
        <w:t xml:space="preserve">Brief per un freelance con un incarico specifico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Per ogni voce rispondete alle domande guida. Distinguete sempre informazioni verificate, ipotesi da validare e decisioni ancora aperte. Non inventate dati per riempire il documento.</w:t>
      </w:r>
    </w:p>
    <w:tbl>
      <w:tblPr>
        <w:tblStyle w:val="Table1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>
            <w:r>
              <w:t>Azienda e progetto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Referente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Data e versione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Uso del brief (gara o collaborazione diretta)</w:t>
            </w:r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0B">
      <w:pPr>
        <w:pStyle w:val="Heading1"/>
        <w:rPr/>
      </w:pPr>
      <w:r w:rsidDel="00000000" w:rsidR="00000000" w:rsidRPr="00000000">
        <w:rPr>
          <w:rtl w:val="0"/>
        </w:rPr>
        <w:t xml:space="preserve">1. Base comune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Contesto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siete, cosa offrite, con quale modello di business? Da quale situazione nasce la necessità del progetto?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Problema o opportunità</w:t>
      </w:r>
    </w:p>
    <w:p w:rsidR="00000000" w:rsidDel="00000000" w:rsidP="00000000" w:rsidRDefault="00000000" w:rsidRPr="00000000" w14:paraId="0000001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Che cosa volete risolvere o cogliere? Quali evidenze avete già raccolto?</w:t>
      </w:r>
    </w:p>
    <w:p w:rsidR="00000000" w:rsidDel="00000000" w:rsidP="00000000" w:rsidRDefault="00000000" w:rsidRPr="00000000" w14:paraId="00000012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Obiettivi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risultati vi aspettate, in quale ordine di priorità? Separa gli obiettivi di business e gli obiettivi di progetto. Formulate ogni obiettivo in modo SMART: specifico, misurabile (con numeri e valori di partenza), raggiungibile, rilevante per l’azienda e con una scadenza.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Destinatari</w:t>
      </w:r>
    </w:p>
    <w:p w:rsidR="00000000" w:rsidDel="00000000" w:rsidP="00000000" w:rsidRDefault="00000000" w:rsidRPr="00000000" w14:paraId="0000001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sono i vostri clienti target, utilizzatori e altre persone coinvolte nella scelta? </w:t>
      </w:r>
    </w:p>
    <w:p w:rsidR="00000000" w:rsidDel="00000000" w:rsidP="00000000" w:rsidRDefault="00000000" w:rsidRPr="00000000" w14:paraId="0000001A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B">
      <w:pPr>
        <w:spacing w:after="0"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Mercato e competitor</w:t>
      </w:r>
    </w:p>
    <w:p w:rsidR="00000000" w:rsidDel="00000000" w:rsidP="00000000" w:rsidRDefault="00000000" w:rsidRPr="00000000" w14:paraId="0000001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sono i fattori di scelta che i vostri clienti considerano quando devono scegliere un prodotto? Elencali dal più importante al meno importante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concorrenti e alternative considerano i clienti? Per quali ragioni vi confrontano?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Brand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i w:val="1"/>
          <w:iCs w:val="1"/>
          <w:rtl w:val="0"/>
        </w:rPr>
        <w:t xml:space="preserve">Posizionamento, promessa, tono, identità: quali linee guida esistono già?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Evidenze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risultati di discovery, interviste, dati interni ed esterni, osservazioni, feedback e materiali visivi potete condividere?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Perimetro di lavoro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attività sono incluse ed escluse? Quali dipendenze e contributi interni sono previsti?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rPr/>
      </w:pPr>
      <w:r w:rsidDel="00000000" w:rsidR="00000000" w:rsidRPr="00000000">
        <w:rPr>
          <w:rtl w:val="0"/>
        </w:rPr>
        <w:t xml:space="preserve">Elaborati da consegnare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i w:val="1"/>
          <w:iCs w:val="1"/>
          <w:rtl w:val="0"/>
        </w:rPr>
        <w:t xml:space="preserve">Cosa va consegnato, in quali formati e quantità, con quale livello di sviluppo?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1"/>
        </w:trPr>
        <w:tc>
          <w:tcPr/>
          <w:p>
            <w:r>
              <w:t>Elaborato</w:t>
            </w:r>
          </w:p>
        </w:tc>
        <w:tc>
          <w:tcPr/>
          <w:p>
            <w:r>
              <w:t>Formato</w:t>
            </w:r>
          </w:p>
        </w:tc>
        <w:tc>
          <w:tcPr/>
          <w:p>
            <w:r>
              <w:t>Quantità</w:t>
            </w:r>
          </w:p>
        </w:tc>
        <w:tc>
          <w:tcPr/>
          <w:p>
            <w:r>
              <w:t>Livello di sviluppo (Concept / bozza di lavoro; Progetto definitivo / da approvare; Esecutivo / pronto all’uso)</w:t>
            </w:r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36">
      <w:pPr>
        <w:pStyle w:val="Heading2"/>
        <w:rPr/>
      </w:pPr>
      <w:r w:rsidDel="00000000" w:rsidR="00000000" w:rsidRPr="00000000">
        <w:rPr>
          <w:rtl w:val="0"/>
        </w:rPr>
        <w:t xml:space="preserve">Vincoli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i w:val="1"/>
          <w:iCs w:val="1"/>
          <w:rtl w:val="0"/>
        </w:rPr>
        <w:t xml:space="preserve">Scadenze, requisiti tecnici, organizzativi e normativi pertinenti.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/>
      </w:pPr>
      <w:r w:rsidDel="00000000" w:rsidR="00000000" w:rsidRPr="00000000">
        <w:rPr>
          <w:rtl w:val="0"/>
        </w:rPr>
        <w:t xml:space="preserve">Responsabilità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i w:val="1"/>
          <w:iCs w:val="1"/>
          <w:rtl w:val="0"/>
        </w:rPr>
        <w:t xml:space="preserve">Chi è il referente? Chi va coinvolto? Chi approva il risultato finale?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rPr/>
      </w:pPr>
      <w:r w:rsidDel="00000000" w:rsidR="00000000" w:rsidRPr="00000000">
        <w:rPr>
          <w:rtl w:val="0"/>
        </w:rPr>
        <w:t xml:space="preserve">Verifica</w:t>
      </w:r>
    </w:p>
    <w:p w:rsidR="00000000" w:rsidDel="00000000" w:rsidP="00000000" w:rsidRDefault="00000000" w:rsidRPr="00000000" w14:paraId="0000003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Come avverranno revisioni e accettazione? Quali indicatori monitorerete?</w:t>
      </w:r>
    </w:p>
    <w:p w:rsidR="00000000" w:rsidDel="00000000" w:rsidP="00000000" w:rsidRDefault="00000000" w:rsidRPr="00000000" w14:paraId="00000040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rPr/>
      </w:pPr>
      <w:r w:rsidDel="00000000" w:rsidR="00000000" w:rsidRPr="00000000">
        <w:rPr>
          <w:rtl w:val="0"/>
        </w:rPr>
        <w:t xml:space="preserve">2. Approfondimenti specifici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Competenza richiesta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Quale competenza specifica serve?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Attività e risultato atteso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Cosa va fatto, esattamente, e cosa si considera concluso?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Materiali di partenza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materiali validati riceverà il freelance?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Autonomia decisionale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Cosa può decidere da solo, cosa va concordato?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Interlocutori e dipendenze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Con chi si confronta e da chi dipende?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Strumenti e accessi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strumenti, account e file servono?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Consegne, formati, revisioni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Tempi, formati, numero di revisioni, chi approva.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Budget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 è il budget disponibile per il progetto? Indicate un importo, anche indicativo, o una fascia.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b w:val="1"/>
          <w:bCs w:val="1"/>
          <w:rtl w:val="0"/>
        </w:rPr>
        <w:t xml:space="preserve">N.B.</w:t>
      </w:r>
      <w:r w:rsidDel="00000000" w:rsidR="00000000" w:rsidRPr="00000000">
        <w:rPr>
          <w:rtl w:val="0"/>
        </w:rPr>
        <w:t xml:space="preserve"> Senza un’indicazione di budget, molte agenzie e professionisti non prendono in carico il brief. È quindi fortemente consigliato inserire un importo, anche indicativo, oppure una fascia di budget se la disponibilità economica non è ancora stata definita.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Passaggio di conoscenza finale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Serve documentazione o affiancamento a fine incarico?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rPr/>
      </w:pPr>
      <w:r w:rsidDel="00000000" w:rsidR="00000000" w:rsidRPr="00000000">
        <w:rPr>
          <w:rtl w:val="0"/>
        </w:rPr>
        <w:t xml:space="preserve">3. Allegati visivi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Per ogni immagine indicate cosa mostra, perché è rilevante e quale indicazione offre al progetto. Specificate se è un'evidenza (raccolta nella realtà) o un riferimento stilistico (da non copiare). Segnalate le immagini generate con l'AI come illustrazioni di un'ipotesi.</w:t>
      </w:r>
    </w:p>
    <w:tbl>
      <w:tblPr>
        <w:tblStyle w:val="Table3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/>
          <w:p>
            <w:r>
              <w:t>N.</w:t>
            </w:r>
          </w:p>
        </w:tc>
        <w:tc>
          <w:tcPr/>
          <w:p>
            <w:r>
              <w:t>Cosa mostra</w:t>
            </w:r>
          </w:p>
        </w:tc>
        <w:tc>
          <w:tcPr/>
          <w:p>
            <w:r>
              <w:t>Perché è rilevante</w:t>
            </w:r>
          </w:p>
        </w:tc>
        <w:tc>
          <w:tcPr/>
          <w:p>
            <w:r>
              <w:t>Evidenza o riferimento</w:t>
            </w:r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76">
      <w:pPr>
        <w:pStyle w:val="Heading1"/>
        <w:rPr/>
      </w:pPr>
      <w:r w:rsidDel="00000000" w:rsidR="00000000" w:rsidRPr="00000000">
        <w:rPr>
          <w:rtl w:val="0"/>
        </w:rPr>
        <w:t xml:space="preserve">4. Se il brief è usato per una gara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Criteri di selezione: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Attività richieste nella proposta: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8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Calendario: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200" w:line="276" w:lineRule="auto"/>
        <w:ind w:left="720" w:hanging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Modalità di chiarimento (le risposte che cambiano il perimetro vanno condivise con tutti):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Il brief non sostituisce contratto e proposta economica.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753550" cy="25199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550" cy="25199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a2332"/>
        <w:sz w:val="18"/>
        <w:szCs w:val="18"/>
        <w:u w:val="none"/>
        <w:shd w:fill="auto" w:val="clear"/>
        <w:vertAlign w:val="baseline"/>
        <w:rtl w:val="0"/>
      </w:rPr>
      <w:t xml:space="preserve">   g-mark.it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Liberation Sans" w:hAnsi="Liberation Sans"/>
      <w:sz w:val="20"/>
    </w:rPr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Liberation Sans" w:cs="Calibri" w:eastAsia="Calibri" w:hAnsi="Liberation Sans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Liberation Sans" w:cs="Calibri" w:eastAsia="Calibri" w:hAnsi="Liberation Sans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76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Jue878a4YoapRdegm7mDbhMU4w==">CgMxLjA4AHIhMXJkWG1iWk5KVk1vZWdVYjJjQlNsWjBUbHVadE9Zcktq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